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rPr>
          <w:b/>
          <w:color w:val="20251F"/>
          <w:sz w:val="36"/>
        </w:rPr>
        <w:t>环球视界出版社 · 投稿申请表</w:t>
      </w:r>
    </w:p>
    <w:p>
      <w:pPr>
        <w:jc w:val="center"/>
      </w:pPr>
      <w:r>
        <w:rPr>
          <w:i/>
          <w:color w:val="9C3329"/>
          <w:sz w:val="24"/>
        </w:rPr>
        <w:t>Global Horizon Press · Manuscript Submission Form</w:t>
      </w:r>
    </w:p>
    <w:p>
      <w:pPr>
        <w:jc w:val="center"/>
      </w:pPr>
      <w:r>
        <w:rPr>
          <w:color w:val="6F7064"/>
          <w:sz w:val="19"/>
        </w:rPr>
        <w:t>我们专注人文类中英双语精品出版，尤其关注移民、离散、女性与跨文化主题。</w:t>
        <w:br/>
        <w:t>We publish fine bilingual humanities titles — with special interest in migration, diaspora, women’s and cross-cultural themes.</w:t>
      </w:r>
    </w:p>
    <w:p/>
    <w:p>
      <w:r>
        <w:rPr>
          <w:b/>
          <w:color w:val="9C3329"/>
          <w:sz w:val="24"/>
        </w:rPr>
        <w:t xml:space="preserve">一、作者信息  </w:t>
      </w:r>
      <w:r>
        <w:rPr>
          <w:i/>
          <w:color w:val="6F7064"/>
          <w:sz w:val="20"/>
        </w:rPr>
        <w:t>Author Information</w:t>
      </w:r>
    </w:p>
    <w:p>
      <w:r>
        <w:rPr>
          <w:b/>
        </w:rPr>
        <w:t xml:space="preserve">作者姓名 / </w:t>
      </w:r>
      <w:r>
        <w:rPr>
          <w:i/>
          <w:color w:val="6F7064"/>
        </w:rPr>
        <w:t>Author name</w:t>
      </w:r>
      <w:r>
        <w:t>：</w:t>
      </w:r>
      <w:r>
        <w:t xml:space="preserve"> ______________________________________________</w:t>
      </w:r>
    </w:p>
    <w:p>
      <w:r>
        <w:rPr>
          <w:b/>
        </w:rPr>
        <w:t xml:space="preserve">笔名（如有） / </w:t>
      </w:r>
      <w:r>
        <w:rPr>
          <w:i/>
          <w:color w:val="6F7064"/>
        </w:rPr>
        <w:t>Pen name (if any)</w:t>
      </w:r>
      <w:r>
        <w:t>：</w:t>
      </w:r>
      <w:r>
        <w:t xml:space="preserve"> ______________________________________________</w:t>
      </w:r>
    </w:p>
    <w:p>
      <w:r>
        <w:rPr>
          <w:b/>
        </w:rPr>
        <w:t xml:space="preserve">联系邮箱 / </w:t>
      </w:r>
      <w:r>
        <w:rPr>
          <w:i/>
          <w:color w:val="6F7064"/>
        </w:rPr>
        <w:t>Email</w:t>
      </w:r>
      <w:r>
        <w:t>：</w:t>
      </w:r>
      <w:r>
        <w:t xml:space="preserve"> ______________________________________________</w:t>
      </w:r>
    </w:p>
    <w:p>
      <w:r>
        <w:rPr>
          <w:b/>
        </w:rPr>
        <w:t xml:space="preserve">联系电话 / </w:t>
      </w:r>
      <w:r>
        <w:rPr>
          <w:i/>
          <w:color w:val="6F7064"/>
        </w:rPr>
        <w:t>Phone</w:t>
      </w:r>
      <w:r>
        <w:t>：</w:t>
      </w:r>
      <w:r>
        <w:t xml:space="preserve"> ______________________________________________</w:t>
      </w:r>
    </w:p>
    <w:p>
      <w:r>
        <w:rPr>
          <w:b/>
        </w:rPr>
        <w:t xml:space="preserve">所在城市 / 国家 / </w:t>
      </w:r>
      <w:r>
        <w:rPr>
          <w:i/>
          <w:color w:val="6F7064"/>
        </w:rPr>
        <w:t>City / Country</w:t>
      </w:r>
      <w:r>
        <w:t>：</w:t>
      </w:r>
      <w:r>
        <w:t xml:space="preserve"> ______________________________________________</w:t>
      </w:r>
    </w:p>
    <w:p/>
    <w:p>
      <w:r>
        <w:rPr>
          <w:b/>
          <w:color w:val="9C3329"/>
          <w:sz w:val="24"/>
        </w:rPr>
        <w:t xml:space="preserve">二、作品信息  </w:t>
      </w:r>
      <w:r>
        <w:rPr>
          <w:i/>
          <w:color w:val="6F7064"/>
          <w:sz w:val="20"/>
        </w:rPr>
        <w:t>About the Work</w:t>
      </w:r>
    </w:p>
    <w:p>
      <w:r>
        <w:rPr>
          <w:b/>
        </w:rPr>
        <w:t xml:space="preserve">作品名称 / </w:t>
      </w:r>
      <w:r>
        <w:rPr>
          <w:i/>
          <w:color w:val="6F7064"/>
        </w:rPr>
        <w:t>Title</w:t>
      </w:r>
      <w:r>
        <w:t>：</w:t>
      </w:r>
      <w:r>
        <w:t xml:space="preserve"> ______________________________________________</w:t>
      </w:r>
    </w:p>
    <w:p>
      <w:r>
        <w:rPr>
          <w:b/>
        </w:rPr>
        <w:t xml:space="preserve">体裁 / </w:t>
      </w:r>
      <w:r>
        <w:rPr>
          <w:i/>
          <w:color w:val="6F7064"/>
        </w:rPr>
        <w:t>Genre (fiction / nonfiction / essays …)</w:t>
      </w:r>
      <w:r>
        <w:t>：</w:t>
      </w:r>
      <w:r>
        <w:t xml:space="preserve"> ______________________________________________</w:t>
      </w:r>
    </w:p>
    <w:p>
      <w:r>
        <w:rPr>
          <w:b/>
        </w:rPr>
        <w:t xml:space="preserve">字数 / </w:t>
      </w:r>
      <w:r>
        <w:rPr>
          <w:i/>
          <w:color w:val="6F7064"/>
        </w:rPr>
        <w:t>Word count</w:t>
      </w:r>
      <w:r>
        <w:t>：</w:t>
      </w:r>
      <w:r>
        <w:t xml:space="preserve"> ______________________________________________</w:t>
      </w:r>
    </w:p>
    <w:p>
      <w:r>
        <w:rPr>
          <w:b/>
        </w:rPr>
        <w:t xml:space="preserve">写作语言 / </w:t>
      </w:r>
      <w:r>
        <w:rPr>
          <w:i/>
          <w:color w:val="6F7064"/>
        </w:rPr>
        <w:t>Language (中文 / English / 双语)</w:t>
      </w:r>
      <w:r>
        <w:t>：</w:t>
      </w:r>
      <w:r>
        <w:t xml:space="preserve"> ______________________________________________</w:t>
      </w:r>
    </w:p>
    <w:p>
      <w:r>
        <w:rPr>
          <w:b/>
        </w:rPr>
        <w:t xml:space="preserve">完成度 / </w:t>
      </w:r>
      <w:r>
        <w:rPr>
          <w:i/>
          <w:color w:val="6F7064"/>
        </w:rPr>
        <w:t>Status (完成 / 创作中 / 大纲)</w:t>
      </w:r>
      <w:r>
        <w:t>：</w:t>
      </w:r>
      <w:r>
        <w:t xml:space="preserve"> ______________________________________________</w:t>
      </w:r>
    </w:p>
    <w:p>
      <w:r>
        <w:rPr>
          <w:b/>
        </w:rPr>
        <w:t xml:space="preserve">是否已出版或签约 / </w:t>
      </w:r>
      <w:r>
        <w:rPr>
          <w:i/>
          <w:color w:val="6F7064"/>
        </w:rPr>
        <w:t>Previously published / under contract?</w:t>
      </w:r>
      <w:r>
        <w:t>：</w:t>
      </w:r>
      <w:r>
        <w:t xml:space="preserve"> ______________________________________________</w:t>
      </w:r>
    </w:p>
    <w:p/>
    <w:p>
      <w:r>
        <w:rPr>
          <w:b/>
          <w:color w:val="9C3329"/>
          <w:sz w:val="24"/>
        </w:rPr>
        <w:t xml:space="preserve">三、内容简介  </w:t>
      </w:r>
      <w:r>
        <w:rPr>
          <w:i/>
          <w:color w:val="6F7064"/>
          <w:sz w:val="20"/>
        </w:rPr>
        <w:t>Synopsis</w:t>
      </w:r>
    </w:p>
    <w:p>
      <w:r>
        <w:rPr>
          <w:i/>
        </w:rPr>
        <w:t>（150–300 字 / 150–300 words）</w:t>
      </w:r>
    </w:p>
    <w:p>
      <w:r>
        <w:t>____________________________________________________________________________________________</w:t>
      </w:r>
    </w:p>
    <w:p>
      <w:r>
        <w:t>____________________________________________________________________________________________</w:t>
      </w:r>
    </w:p>
    <w:p>
      <w:r>
        <w:t>____________________________________________________________________________________________</w:t>
      </w:r>
    </w:p>
    <w:p>
      <w:r>
        <w:t>____________________________________________________________________________________________</w:t>
      </w:r>
    </w:p>
    <w:p/>
    <w:p>
      <w:r>
        <w:rPr>
          <w:b/>
          <w:color w:val="9C3329"/>
          <w:sz w:val="24"/>
        </w:rPr>
        <w:t xml:space="preserve">四、作者简介  </w:t>
      </w:r>
      <w:r>
        <w:rPr>
          <w:i/>
          <w:color w:val="6F7064"/>
          <w:sz w:val="20"/>
        </w:rPr>
        <w:t>Author Bio</w:t>
      </w:r>
    </w:p>
    <w:p>
      <w:r>
        <w:t>____________________________________________________________________________________________</w:t>
      </w:r>
    </w:p>
    <w:p>
      <w:r>
        <w:t>____________________________________________________________________________________________</w:t>
      </w:r>
    </w:p>
    <w:p>
      <w:r>
        <w:t>____________________________________________________________________________________________</w:t>
      </w:r>
    </w:p>
    <w:p/>
    <w:p>
      <w:r>
        <w:rPr>
          <w:b/>
          <w:color w:val="9C3329"/>
          <w:sz w:val="24"/>
        </w:rPr>
        <w:t xml:space="preserve">五、出版意向与期望  </w:t>
      </w:r>
      <w:r>
        <w:rPr>
          <w:i/>
          <w:color w:val="6F7064"/>
          <w:sz w:val="20"/>
        </w:rPr>
        <w:t>Publishing Goals &amp; Expectations</w:t>
      </w:r>
    </w:p>
    <w:p>
      <w:r>
        <w:t>____________________________________________________________________________________________</w:t>
      </w:r>
    </w:p>
    <w:p>
      <w:r>
        <w:t>____________________________________________________________________________________________</w:t>
      </w:r>
    </w:p>
    <w:p/>
    <w:p>
      <w:r>
        <w:rPr>
          <w:b/>
          <w:color w:val="9C3329"/>
          <w:sz w:val="19"/>
        </w:rPr>
        <w:t>提交方式：请将本表与样章（建议 1–2 章）一并发送至 globalhorizonpress@gmail.com，邮件主题请注明「投稿 + 作品名称」。</w:t>
        <w:br/>
        <w:t>To submit: email this form together with 1–2 sample chapters to globalhorizonpress@gmail.com, with the subject line “Submission + Title”.</w:t>
      </w:r>
    </w:p>
    <w:p>
      <w:pPr>
        <w:jc w:val="center"/>
      </w:pPr>
      <w:r>
        <w:rPr>
          <w:color w:val="6F7064"/>
          <w:sz w:val="17"/>
        </w:rPr>
        <w:t>环球淌墨韵 · 视界润书香   |   环球视界出版社  Global Horizon Press · Los Angeles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Times New Roman" w:hAnsi="Times New Roman"/>
      <w:sz w:val="22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